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817D" w14:textId="77777777" w:rsidR="001D64DC" w:rsidRDefault="006744B9">
      <w:pPr>
        <w:pStyle w:val="aa"/>
        <w:jc w:val="center"/>
        <w:rPr>
          <w:lang w:eastAsia="ja-JP"/>
        </w:rPr>
      </w:pPr>
      <w:r>
        <w:rPr>
          <w:sz w:val="38"/>
          <w:lang w:eastAsia="ja-JP"/>
        </w:rPr>
        <w:t>玉東フットパス愛好会</w:t>
      </w:r>
      <w:r>
        <w:rPr>
          <w:sz w:val="38"/>
          <w:lang w:eastAsia="ja-JP"/>
        </w:rPr>
        <w:t xml:space="preserve"> </w:t>
      </w:r>
      <w:r>
        <w:rPr>
          <w:sz w:val="38"/>
          <w:lang w:eastAsia="ja-JP"/>
        </w:rPr>
        <w:t>ガイド申込書</w:t>
      </w:r>
    </w:p>
    <w:p w14:paraId="01A683DD" w14:textId="77777777" w:rsidR="001D64DC" w:rsidRDefault="006744B9">
      <w:pPr>
        <w:jc w:val="right"/>
      </w:pPr>
      <w:proofErr w:type="spellStart"/>
      <w:r>
        <w:t>申込日</w:t>
      </w:r>
      <w:proofErr w:type="spellEnd"/>
      <w:r>
        <w:t xml:space="preserve">　　　　年　　　月　　　日</w:t>
      </w:r>
    </w:p>
    <w:p w14:paraId="6C1D5487" w14:textId="77777777" w:rsidR="001D64DC" w:rsidRDefault="006744B9">
      <w:pPr>
        <w:rPr>
          <w:lang w:eastAsia="ja-JP"/>
        </w:rPr>
      </w:pPr>
      <w:r>
        <w:rPr>
          <w:lang w:eastAsia="ja-JP"/>
        </w:rPr>
        <w:t>玉東フットパス愛好会　御中</w:t>
      </w:r>
    </w:p>
    <w:p w14:paraId="3C40B56E" w14:textId="77777777" w:rsidR="001D64DC" w:rsidRDefault="006744B9">
      <w:pPr>
        <w:rPr>
          <w:lang w:eastAsia="ja-JP"/>
        </w:rPr>
      </w:pPr>
      <w:r>
        <w:rPr>
          <w:lang w:eastAsia="ja-JP"/>
        </w:rPr>
        <w:t>下記のとおり、フットパスのガイドを申し込みます。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7654"/>
      </w:tblGrid>
      <w:tr w:rsidR="001D64DC" w14:paraId="5415D86E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197D220B" w14:textId="77777777" w:rsidR="001D64DC" w:rsidRDefault="006744B9">
            <w:pPr>
              <w:spacing w:before="60"/>
            </w:pPr>
            <w:proofErr w:type="spellStart"/>
            <w:r>
              <w:rPr>
                <w:sz w:val="19"/>
              </w:rPr>
              <w:t>団体名・学校名等</w:t>
            </w:r>
            <w:proofErr w:type="spellEnd"/>
          </w:p>
        </w:tc>
        <w:tc>
          <w:tcPr>
            <w:tcW w:w="7654" w:type="dxa"/>
            <w:vAlign w:val="center"/>
          </w:tcPr>
          <w:p w14:paraId="708FB4BE" w14:textId="77777777" w:rsidR="001D64DC" w:rsidRDefault="001D64DC">
            <w:pPr>
              <w:spacing w:before="60"/>
            </w:pPr>
          </w:p>
        </w:tc>
      </w:tr>
      <w:tr w:rsidR="001D64DC" w14:paraId="39703AA6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651CD418" w14:textId="77777777" w:rsidR="001D64DC" w:rsidRDefault="006744B9">
            <w:pPr>
              <w:spacing w:before="60"/>
            </w:pPr>
            <w:r>
              <w:rPr>
                <w:sz w:val="19"/>
              </w:rPr>
              <w:t>申込者・担当者</w:t>
            </w:r>
          </w:p>
        </w:tc>
        <w:tc>
          <w:tcPr>
            <w:tcW w:w="7654" w:type="dxa"/>
            <w:vAlign w:val="center"/>
          </w:tcPr>
          <w:p w14:paraId="1E017849" w14:textId="77777777" w:rsidR="001D64DC" w:rsidRDefault="006744B9">
            <w:pPr>
              <w:spacing w:before="60"/>
            </w:pPr>
            <w:r>
              <w:rPr>
                <w:sz w:val="19"/>
              </w:rPr>
              <w:t>氏名：　　　　　　　　　　　　　　役職等：</w:t>
            </w:r>
          </w:p>
        </w:tc>
      </w:tr>
      <w:tr w:rsidR="001D64DC" w14:paraId="500CFBEE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2186B9A3" w14:textId="77777777" w:rsidR="001D64DC" w:rsidRDefault="006744B9">
            <w:pPr>
              <w:spacing w:before="60"/>
            </w:pPr>
            <w:r>
              <w:rPr>
                <w:sz w:val="19"/>
              </w:rPr>
              <w:t>住所</w:t>
            </w:r>
          </w:p>
        </w:tc>
        <w:tc>
          <w:tcPr>
            <w:tcW w:w="7654" w:type="dxa"/>
            <w:vAlign w:val="center"/>
          </w:tcPr>
          <w:p w14:paraId="488C790E" w14:textId="77777777" w:rsidR="001D64DC" w:rsidRDefault="006744B9">
            <w:pPr>
              <w:spacing w:before="60"/>
            </w:pPr>
            <w:r>
              <w:rPr>
                <w:sz w:val="19"/>
              </w:rPr>
              <w:t>〒</w:t>
            </w:r>
          </w:p>
        </w:tc>
      </w:tr>
      <w:tr w:rsidR="001D64DC" w14:paraId="308D915E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1D29BE3E" w14:textId="77777777" w:rsidR="001D64DC" w:rsidRDefault="006744B9">
            <w:pPr>
              <w:spacing w:before="60"/>
            </w:pPr>
            <w:r>
              <w:rPr>
                <w:sz w:val="19"/>
              </w:rPr>
              <w:t>連絡先</w:t>
            </w:r>
          </w:p>
        </w:tc>
        <w:tc>
          <w:tcPr>
            <w:tcW w:w="7654" w:type="dxa"/>
            <w:vAlign w:val="center"/>
          </w:tcPr>
          <w:p w14:paraId="65740FC3" w14:textId="77777777" w:rsidR="001D64DC" w:rsidRDefault="006744B9">
            <w:pPr>
              <w:spacing w:before="60"/>
            </w:pPr>
            <w:r>
              <w:rPr>
                <w:sz w:val="19"/>
              </w:rPr>
              <w:t>電話：</w:t>
            </w:r>
            <w:r>
              <w:rPr>
                <w:sz w:val="19"/>
              </w:rPr>
              <w:br/>
              <w:t>メール：</w:t>
            </w:r>
          </w:p>
        </w:tc>
      </w:tr>
      <w:tr w:rsidR="001D64DC" w14:paraId="324BA7A2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420EA1B5" w14:textId="77777777" w:rsidR="001D64DC" w:rsidRDefault="006744B9">
            <w:pPr>
              <w:spacing w:before="60"/>
            </w:pPr>
            <w:r>
              <w:rPr>
                <w:sz w:val="19"/>
              </w:rPr>
              <w:t>当日の責任者</w:t>
            </w:r>
          </w:p>
        </w:tc>
        <w:tc>
          <w:tcPr>
            <w:tcW w:w="7654" w:type="dxa"/>
            <w:vAlign w:val="center"/>
          </w:tcPr>
          <w:p w14:paraId="465E7F6F" w14:textId="77777777" w:rsidR="001D64DC" w:rsidRDefault="006744B9">
            <w:pPr>
              <w:spacing w:before="60"/>
            </w:pPr>
            <w:r>
              <w:rPr>
                <w:sz w:val="19"/>
              </w:rPr>
              <w:t>氏名：　　　　　　　　　　　携帯電話：</w:t>
            </w:r>
          </w:p>
        </w:tc>
      </w:tr>
      <w:tr w:rsidR="001D64DC" w14:paraId="024D8E56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1B6AB152" w14:textId="77777777" w:rsidR="001D64DC" w:rsidRDefault="006744B9">
            <w:pPr>
              <w:spacing w:before="60"/>
            </w:pPr>
            <w:r>
              <w:rPr>
                <w:sz w:val="19"/>
              </w:rPr>
              <w:t>希望日時</w:t>
            </w:r>
          </w:p>
        </w:tc>
        <w:tc>
          <w:tcPr>
            <w:tcW w:w="7654" w:type="dxa"/>
            <w:vAlign w:val="center"/>
          </w:tcPr>
          <w:p w14:paraId="6721447E" w14:textId="77777777" w:rsidR="001D64DC" w:rsidRDefault="006744B9">
            <w:pPr>
              <w:spacing w:before="60"/>
            </w:pPr>
            <w:r>
              <w:rPr>
                <w:sz w:val="19"/>
              </w:rPr>
              <w:t>第１希望：　　　年　　月　　日（　）　　時　　分 ～　　時　　分</w:t>
            </w:r>
            <w:r>
              <w:rPr>
                <w:sz w:val="19"/>
              </w:rPr>
              <w:br/>
              <w:t>第２希望：　　　年　　月　　日（　）　　時　　分 ～　　時　　分</w:t>
            </w:r>
          </w:p>
        </w:tc>
      </w:tr>
      <w:tr w:rsidR="001D64DC" w14:paraId="03829BCF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745A36AE" w14:textId="77777777" w:rsidR="001D64DC" w:rsidRDefault="006744B9">
            <w:pPr>
              <w:spacing w:before="60"/>
            </w:pPr>
            <w:r>
              <w:rPr>
                <w:sz w:val="19"/>
              </w:rPr>
              <w:t>希望コース・場所</w:t>
            </w:r>
          </w:p>
        </w:tc>
        <w:tc>
          <w:tcPr>
            <w:tcW w:w="7654" w:type="dxa"/>
            <w:vAlign w:val="center"/>
          </w:tcPr>
          <w:p w14:paraId="43F0AF51" w14:textId="77777777" w:rsidR="001D64DC" w:rsidRDefault="006744B9">
            <w:pPr>
              <w:spacing w:before="60"/>
              <w:rPr>
                <w:lang w:eastAsia="ja-JP"/>
              </w:rPr>
            </w:pPr>
            <w:r>
              <w:rPr>
                <w:sz w:val="19"/>
                <w:lang w:eastAsia="ja-JP"/>
              </w:rPr>
              <w:t>コース名：</w:t>
            </w:r>
            <w:r>
              <w:rPr>
                <w:sz w:val="19"/>
                <w:lang w:eastAsia="ja-JP"/>
              </w:rPr>
              <w:br/>
              <w:t>□ コース選びから相談したい</w:t>
            </w:r>
          </w:p>
        </w:tc>
      </w:tr>
      <w:tr w:rsidR="001D64DC" w14:paraId="7C636C27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449FFE75" w14:textId="77777777" w:rsidR="001D64DC" w:rsidRDefault="006744B9">
            <w:pPr>
              <w:spacing w:before="60"/>
            </w:pPr>
            <w:proofErr w:type="spellStart"/>
            <w:r>
              <w:rPr>
                <w:sz w:val="19"/>
              </w:rPr>
              <w:t>参加人数・構成</w:t>
            </w:r>
            <w:proofErr w:type="spellEnd"/>
          </w:p>
        </w:tc>
        <w:tc>
          <w:tcPr>
            <w:tcW w:w="7654" w:type="dxa"/>
            <w:vAlign w:val="center"/>
          </w:tcPr>
          <w:p w14:paraId="48F1B96D" w14:textId="77777777" w:rsidR="001D64DC" w:rsidRDefault="006744B9">
            <w:pPr>
              <w:spacing w:before="60"/>
              <w:rPr>
                <w:lang w:eastAsia="ja-JP"/>
              </w:rPr>
            </w:pPr>
            <w:r>
              <w:rPr>
                <w:sz w:val="19"/>
                <w:lang w:eastAsia="ja-JP"/>
              </w:rPr>
              <w:t>合計　　　人（大人　　　人・子ども　　　人）</w:t>
            </w:r>
            <w:r>
              <w:rPr>
                <w:sz w:val="19"/>
                <w:lang w:eastAsia="ja-JP"/>
              </w:rPr>
              <w:br/>
              <w:t>子どもの学年・年齢等：</w:t>
            </w:r>
          </w:p>
        </w:tc>
      </w:tr>
      <w:tr w:rsidR="001D64DC" w14:paraId="469CD68B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0D39010B" w14:textId="77777777" w:rsidR="001D64DC" w:rsidRDefault="006744B9">
            <w:pPr>
              <w:spacing w:before="60"/>
            </w:pPr>
            <w:proofErr w:type="spellStart"/>
            <w:r>
              <w:rPr>
                <w:sz w:val="19"/>
              </w:rPr>
              <w:t>集合・解散</w:t>
            </w:r>
            <w:proofErr w:type="spellEnd"/>
          </w:p>
        </w:tc>
        <w:tc>
          <w:tcPr>
            <w:tcW w:w="7654" w:type="dxa"/>
            <w:vAlign w:val="center"/>
          </w:tcPr>
          <w:p w14:paraId="5EE9B39F" w14:textId="77777777" w:rsidR="001D64DC" w:rsidRDefault="006744B9">
            <w:pPr>
              <w:spacing w:before="60"/>
            </w:pPr>
            <w:r>
              <w:rPr>
                <w:sz w:val="19"/>
              </w:rPr>
              <w:t>集合場所：　　　　　　　　　集合時刻：　　時　　分</w:t>
            </w:r>
            <w:r>
              <w:rPr>
                <w:sz w:val="19"/>
              </w:rPr>
              <w:br/>
              <w:t>解散場所：　　　　　　　　　解散時刻：　　時　　分</w:t>
            </w:r>
          </w:p>
        </w:tc>
      </w:tr>
      <w:tr w:rsidR="001D64DC" w14:paraId="0D4CFE77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09DF6F09" w14:textId="77777777" w:rsidR="001D64DC" w:rsidRDefault="006744B9">
            <w:pPr>
              <w:spacing w:before="60"/>
            </w:pPr>
            <w:r>
              <w:rPr>
                <w:sz w:val="19"/>
              </w:rPr>
              <w:t>現地までの交通手段</w:t>
            </w:r>
          </w:p>
        </w:tc>
        <w:tc>
          <w:tcPr>
            <w:tcW w:w="7654" w:type="dxa"/>
            <w:vAlign w:val="center"/>
          </w:tcPr>
          <w:p w14:paraId="5BB36C42" w14:textId="77777777" w:rsidR="001D64DC" w:rsidRDefault="006744B9">
            <w:pPr>
              <w:spacing w:before="60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自家用車（　　台）　□ 貸切バス（　　台）　□ ＪＲ　□ その他</w:t>
            </w:r>
          </w:p>
        </w:tc>
      </w:tr>
      <w:tr w:rsidR="001D64DC" w14:paraId="3B97D141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5DCAD094" w14:textId="77777777" w:rsidR="001D64DC" w:rsidRDefault="006744B9">
            <w:pPr>
              <w:spacing w:before="60"/>
            </w:pPr>
            <w:proofErr w:type="spellStart"/>
            <w:r>
              <w:rPr>
                <w:sz w:val="19"/>
              </w:rPr>
              <w:t>目的・希望する案内</w:t>
            </w:r>
            <w:proofErr w:type="spellEnd"/>
          </w:p>
        </w:tc>
        <w:tc>
          <w:tcPr>
            <w:tcW w:w="7654" w:type="dxa"/>
            <w:vAlign w:val="center"/>
          </w:tcPr>
          <w:p w14:paraId="48B0A431" w14:textId="77777777" w:rsidR="001D64DC" w:rsidRDefault="006744B9">
            <w:pPr>
              <w:spacing w:before="60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地域散策　□ 歴史・文化財学習　□ 学校行事　□ その他</w:t>
            </w:r>
            <w:r>
              <w:rPr>
                <w:sz w:val="19"/>
                <w:lang w:eastAsia="ja-JP"/>
              </w:rPr>
              <w:br/>
              <w:t>具体的な希望：</w:t>
            </w:r>
          </w:p>
        </w:tc>
      </w:tr>
      <w:tr w:rsidR="001D64DC" w14:paraId="27ECC73C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4A438234" w14:textId="77777777" w:rsidR="001D64DC" w:rsidRDefault="006744B9">
            <w:pPr>
              <w:spacing w:before="60"/>
            </w:pPr>
            <w:proofErr w:type="spellStart"/>
            <w:r>
              <w:rPr>
                <w:sz w:val="19"/>
              </w:rPr>
              <w:t>雨天時の希望</w:t>
            </w:r>
            <w:proofErr w:type="spellEnd"/>
          </w:p>
        </w:tc>
        <w:tc>
          <w:tcPr>
            <w:tcW w:w="7654" w:type="dxa"/>
            <w:vAlign w:val="center"/>
          </w:tcPr>
          <w:p w14:paraId="1AE6EBB2" w14:textId="77777777" w:rsidR="001D64DC" w:rsidRDefault="006744B9">
            <w:pPr>
              <w:spacing w:before="60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実施を相談　□ 延期　□ 中止</w:t>
            </w:r>
            <w:r>
              <w:rPr>
                <w:sz w:val="19"/>
                <w:lang w:eastAsia="ja-JP"/>
              </w:rPr>
              <w:br/>
              <w:t>延期の場合の希望日：　　　年　　月　　日</w:t>
            </w:r>
          </w:p>
        </w:tc>
      </w:tr>
      <w:tr w:rsidR="001D64DC" w14:paraId="31FEED34" w14:textId="77777777">
        <w:trPr>
          <w:cantSplit/>
          <w:jc w:val="center"/>
        </w:trPr>
        <w:tc>
          <w:tcPr>
            <w:tcW w:w="2098" w:type="dxa"/>
            <w:shd w:val="clear" w:color="auto" w:fill="F2F2F2"/>
            <w:vAlign w:val="center"/>
          </w:tcPr>
          <w:p w14:paraId="41A40BC8" w14:textId="77777777" w:rsidR="001D64DC" w:rsidRDefault="006744B9">
            <w:pPr>
              <w:spacing w:before="60"/>
            </w:pPr>
            <w:proofErr w:type="spellStart"/>
            <w:r>
              <w:rPr>
                <w:sz w:val="19"/>
              </w:rPr>
              <w:t>配慮事項・その他</w:t>
            </w:r>
            <w:proofErr w:type="spellEnd"/>
          </w:p>
        </w:tc>
        <w:tc>
          <w:tcPr>
            <w:tcW w:w="7654" w:type="dxa"/>
            <w:vAlign w:val="center"/>
          </w:tcPr>
          <w:p w14:paraId="4D64E055" w14:textId="77777777" w:rsidR="001D64DC" w:rsidRDefault="006744B9">
            <w:pPr>
              <w:spacing w:before="60"/>
              <w:rPr>
                <w:lang w:eastAsia="ja-JP"/>
              </w:rPr>
            </w:pPr>
            <w:r>
              <w:rPr>
                <w:sz w:val="19"/>
                <w:lang w:eastAsia="ja-JP"/>
              </w:rPr>
              <w:t>歩行距離や休憩など、案内に必要な配慮・相談事項をご記入ください。</w:t>
            </w:r>
            <w:r>
              <w:rPr>
                <w:sz w:val="19"/>
                <w:lang w:eastAsia="ja-JP"/>
              </w:rPr>
              <w:br/>
            </w:r>
            <w:r>
              <w:rPr>
                <w:sz w:val="19"/>
                <w:lang w:eastAsia="ja-JP"/>
              </w:rPr>
              <w:br/>
            </w:r>
          </w:p>
        </w:tc>
      </w:tr>
    </w:tbl>
    <w:p w14:paraId="1BDEB2F1" w14:textId="2C9A6526" w:rsidR="001D64DC" w:rsidRDefault="006744B9">
      <w:pPr>
        <w:rPr>
          <w:sz w:val="18"/>
          <w:lang w:eastAsia="ja-JP"/>
        </w:rPr>
      </w:pPr>
      <w:r>
        <w:rPr>
          <w:sz w:val="18"/>
          <w:lang w:eastAsia="ja-JP"/>
        </w:rPr>
        <w:t>※ 日時・コース・ガイド料等は、愛好会との調整後に確認してください。</w:t>
      </w:r>
      <w:r>
        <w:rPr>
          <w:sz w:val="18"/>
          <w:lang w:eastAsia="ja-JP"/>
        </w:rPr>
        <w:br/>
        <w:t>※ 参加者名簿等が必要な場合は、別途ご案内します。</w:t>
      </w:r>
    </w:p>
    <w:p w14:paraId="3A272591" w14:textId="0AD8FF73" w:rsidR="004D6914" w:rsidRDefault="004D6914">
      <w:pPr>
        <w:rPr>
          <w:sz w:val="18"/>
          <w:lang w:eastAsia="ja-JP"/>
        </w:rPr>
      </w:pPr>
    </w:p>
    <w:p w14:paraId="519F4408" w14:textId="54DD6128" w:rsidR="004D6914" w:rsidRDefault="004D6914" w:rsidP="004D6914">
      <w:pPr>
        <w:rPr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【</w:t>
      </w:r>
      <w:r>
        <w:rPr>
          <w:rFonts w:hint="eastAsia"/>
          <w:lang w:eastAsia="ja-JP"/>
        </w:rPr>
        <w:t>申込み・問合せ先</w:t>
      </w:r>
      <w:r>
        <w:rPr>
          <w:rFonts w:ascii="ＭＳ 明朝" w:eastAsia="ＭＳ 明朝" w:hAnsi="ＭＳ 明朝" w:cs="ＭＳ 明朝" w:hint="eastAsia"/>
          <w:lang w:eastAsia="ja-JP"/>
        </w:rPr>
        <w:t>】</w:t>
      </w:r>
    </w:p>
    <w:p w14:paraId="6601C610" w14:textId="77777777" w:rsidR="004D6914" w:rsidRDefault="004D6914" w:rsidP="004D6914">
      <w:pPr>
        <w:rPr>
          <w:lang w:eastAsia="ja-JP"/>
        </w:rPr>
      </w:pPr>
      <w:r>
        <w:rPr>
          <w:rFonts w:hint="eastAsia"/>
          <w:lang w:eastAsia="ja-JP"/>
        </w:rPr>
        <w:t>玉東フットパス愛好会事務局（玉東町教育委員会社会教育課内）</w:t>
      </w:r>
    </w:p>
    <w:p w14:paraId="6D1847E0" w14:textId="4BE52DF2" w:rsidR="004D6914" w:rsidRDefault="004D6914" w:rsidP="004D6914">
      <w:pPr>
        <w:rPr>
          <w:lang w:eastAsia="ja-JP"/>
        </w:rPr>
      </w:pPr>
      <w:r>
        <w:rPr>
          <w:rFonts w:hint="eastAsia"/>
          <w:lang w:eastAsia="ja-JP"/>
        </w:rPr>
        <w:t>受付窓口：玉東町教育委員会社会教育課</w:t>
      </w:r>
    </w:p>
    <w:p w14:paraId="578A4413" w14:textId="77777777" w:rsidR="004D6914" w:rsidRDefault="004D6914" w:rsidP="004D6914">
      <w:r>
        <w:rPr>
          <w:rFonts w:hint="eastAsia"/>
        </w:rPr>
        <w:t>電話：0968-85-3609</w:t>
      </w:r>
    </w:p>
    <w:p w14:paraId="6E6275B9" w14:textId="77777777" w:rsidR="004D6914" w:rsidRDefault="004D6914" w:rsidP="004D6914">
      <w:r>
        <w:rPr>
          <w:rFonts w:hint="eastAsia"/>
        </w:rPr>
        <w:t>FAX：0968-85-3116（玉東町役場内）</w:t>
      </w:r>
    </w:p>
    <w:p w14:paraId="41CC951A" w14:textId="524B3ED4" w:rsidR="004D6914" w:rsidRDefault="004D6914" w:rsidP="004D6914">
      <w:pPr>
        <w:rPr>
          <w:sz w:val="18"/>
        </w:rPr>
      </w:pPr>
      <w:r>
        <w:rPr>
          <w:rFonts w:hint="eastAsia"/>
        </w:rPr>
        <w:t>メール：</w:t>
      </w:r>
      <w:hyperlink r:id="rId6" w:history="1">
        <w:r>
          <w:rPr>
            <w:rStyle w:val="aff"/>
            <w:rFonts w:ascii="メイリオ" w:eastAsia="メイリオ" w:hAnsi="メイリオ" w:hint="eastAsia"/>
            <w:sz w:val="18"/>
            <w:szCs w:val="18"/>
            <w:shd w:val="clear" w:color="auto" w:fill="EEEEEE"/>
          </w:rPr>
          <w:t>syakai-k@town.gyokuto.lg.jp</w:t>
        </w:r>
      </w:hyperlink>
    </w:p>
    <w:p w14:paraId="496016C1" w14:textId="0655C694" w:rsidR="004D6914" w:rsidRDefault="004D6914">
      <w:pPr>
        <w:rPr>
          <w:sz w:val="18"/>
        </w:rPr>
      </w:pPr>
    </w:p>
    <w:p w14:paraId="5C7BA676" w14:textId="0EADE6D2" w:rsidR="004D6914" w:rsidRDefault="004D6914">
      <w:pPr>
        <w:rPr>
          <w:sz w:val="18"/>
        </w:rPr>
      </w:pPr>
    </w:p>
    <w:p w14:paraId="407CB39F" w14:textId="77777777" w:rsidR="004D6914" w:rsidRDefault="004D6914">
      <w:pPr>
        <w:rPr>
          <w:lang w:eastAsia="ja-JP"/>
        </w:rPr>
      </w:pPr>
    </w:p>
    <w:p w14:paraId="4983933A" w14:textId="77777777" w:rsidR="001D64DC" w:rsidRDefault="006744B9">
      <w:proofErr w:type="spellStart"/>
      <w:r>
        <w:rPr>
          <w:b/>
        </w:rPr>
        <w:t>愛好会記入欄</w:t>
      </w:r>
      <w:proofErr w:type="spellEnd"/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1D64DC" w14:paraId="2FF4EB0E" w14:textId="77777777">
        <w:tc>
          <w:tcPr>
            <w:tcW w:w="9752" w:type="dxa"/>
          </w:tcPr>
          <w:p w14:paraId="57B40371" w14:textId="77777777" w:rsidR="001D64DC" w:rsidRDefault="006744B9">
            <w:pPr>
              <w:spacing w:after="40"/>
              <w:rPr>
                <w:lang w:eastAsia="ja-JP"/>
              </w:rPr>
            </w:pPr>
            <w:r>
              <w:rPr>
                <w:sz w:val="18"/>
                <w:lang w:eastAsia="ja-JP"/>
              </w:rPr>
              <w:t>受付日：　　年　　月　　日　　受付者：　　　　　　担当ガイド：</w:t>
            </w:r>
          </w:p>
        </w:tc>
      </w:tr>
      <w:tr w:rsidR="001D64DC" w14:paraId="747B4C98" w14:textId="77777777">
        <w:tc>
          <w:tcPr>
            <w:tcW w:w="9752" w:type="dxa"/>
          </w:tcPr>
          <w:p w14:paraId="61EA4C3B" w14:textId="77777777" w:rsidR="001D64DC" w:rsidRDefault="006744B9">
            <w:pPr>
              <w:spacing w:after="40"/>
              <w:rPr>
                <w:lang w:eastAsia="ja-JP"/>
              </w:rPr>
            </w:pPr>
            <w:r>
              <w:rPr>
                <w:sz w:val="18"/>
                <w:lang w:eastAsia="ja-JP"/>
              </w:rPr>
              <w:t>調整結果・ガイド料等：</w:t>
            </w:r>
            <w:r>
              <w:rPr>
                <w:sz w:val="18"/>
                <w:lang w:eastAsia="ja-JP"/>
              </w:rPr>
              <w:br/>
              <w:t>申込者への連絡日：　　年　　月　　日　　連絡者：</w:t>
            </w:r>
          </w:p>
        </w:tc>
      </w:tr>
    </w:tbl>
    <w:p w14:paraId="39366944" w14:textId="77777777" w:rsidR="006744B9" w:rsidRDefault="006744B9">
      <w:pPr>
        <w:rPr>
          <w:lang w:eastAsia="ja-JP"/>
        </w:rPr>
      </w:pPr>
    </w:p>
    <w:sectPr w:rsidR="006744B9" w:rsidSect="00034616">
      <w:pgSz w:w="11906" w:h="16838"/>
      <w:pgMar w:top="964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4606500">
    <w:abstractNumId w:val="8"/>
  </w:num>
  <w:num w:numId="2" w16cid:durableId="1906794453">
    <w:abstractNumId w:val="6"/>
  </w:num>
  <w:num w:numId="3" w16cid:durableId="473445567">
    <w:abstractNumId w:val="5"/>
  </w:num>
  <w:num w:numId="4" w16cid:durableId="266933549">
    <w:abstractNumId w:val="4"/>
  </w:num>
  <w:num w:numId="5" w16cid:durableId="1680540418">
    <w:abstractNumId w:val="7"/>
  </w:num>
  <w:num w:numId="6" w16cid:durableId="1815641822">
    <w:abstractNumId w:val="3"/>
  </w:num>
  <w:num w:numId="7" w16cid:durableId="1715471032">
    <w:abstractNumId w:val="2"/>
  </w:num>
  <w:num w:numId="8" w16cid:durableId="2100059744">
    <w:abstractNumId w:val="1"/>
  </w:num>
  <w:num w:numId="9" w16cid:durableId="225796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4DC"/>
    <w:rsid w:val="0029639D"/>
    <w:rsid w:val="00326F90"/>
    <w:rsid w:val="004D6914"/>
    <w:rsid w:val="006744B9"/>
    <w:rsid w:val="00AA1D8D"/>
    <w:rsid w:val="00B47730"/>
    <w:rsid w:val="00CB0664"/>
    <w:rsid w:val="00D75029"/>
    <w:rsid w:val="00DA40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FA7C03"/>
  <w14:defaultImageDpi w14:val="300"/>
  <w15:docId w15:val="{198399B1-9A3B-4B33-A606-70F4639E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/>
    </w:pPr>
    <w:rPr>
      <w:rFonts w:ascii="Noto Sans CJK JP" w:eastAsia="Noto Sans CJK JP" w:hAnsi="Noto Sans CJK JP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semiHidden/>
    <w:unhideWhenUsed/>
    <w:rsid w:val="004D69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92.168.100.7/cgi-bin/dneo/zwmljs.cgi?_=17918494703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千恵子 森山</cp:lastModifiedBy>
  <cp:revision>2</cp:revision>
  <dcterms:created xsi:type="dcterms:W3CDTF">2026-10-17T01:58:00Z</dcterms:created>
  <dcterms:modified xsi:type="dcterms:W3CDTF">2026-10-17T01:58:00Z</dcterms:modified>
  <cp:category/>
</cp:coreProperties>
</file>